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I know that look. You have an experience, don’t you? I do, but it’s... It can’t be anything I don’t already know! Well, it’s not exactly on my list of things to share with my little brother. There’s no pressure, Elaine. Only tell it if you want to. It’s OK. For me, I struggled with negative thinking. No way! Yeah. But I had a good friend who always helped and listened and helped me learn how to fight it, and I’ll always be grateful. I would pray, but at times the feelings were so strong, I didn’t know what to do. I know. I know. That must be so hard for you. Will I ever stop feeling like this? Don’t worry about if it’s going to stop. Let’s talk about ways you can take control when it happens. Take control? Uh-huh. You know, the Scriptures tell us as Christians that we pray for self-control in our actions. But do you know, we need that same self-control for our thoughts? I never thought about it that way before. The Scriptures tell us how. Can we read one together? Yeah. I’d really like that. It’s in 2 Corinthians chapter 10 and verse number 5. You’re going to like this scripture, chapter 10 and verse 5. Do you feel like reading it? OK. “For we are overturning reasonings “and every lofty thing “raised up against the knowledge of God, “and we are bringing every thought into captivity to make it obedient to the Christ.” Karen showed me what it meant to bring my negative thoughts into captivity and then make them obedient to the Christ. I had to know what my negative thoughts were, all of them, and write them down. And for each one, find what Jehovah thinks, and then find scriptures that I could remember each time that negative thought returned. I kept that list with me at all times. It was a slow process, but with Jehovah’s help, and with Karen’s, I’ve learned how to fight the battle against negative thoughts. Elaine, that was so brave of you to share. Well, just listening to everyone else’s stories about loyalty, it made me think about what I needed to do to stay loyal. Now, Elaine, if you don’t mind me asking, how did you see that as a test of loyalty? Well, one scripture I memorized 1 Corinthians 9:25 says: “Now everyone competing in a contest exercises self-control in all things.” So if Jehovah is telling me I need to exercise self-control in all things, even my thinking, then I’m loyal to Jehovah when I try.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