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I'm sorry. Just preparing. Focus on whoever is behind the door, instead of myself. I was thinking about family worship too. You know, we've always cared about people. We'd just have to let us show. Let's pray for Jehovah to help us do that. Dear father, Jehovah, may we come to you now. Good morning. Oh, I see you got your hands full. Yeah, I hope a lot of you feel your pain. I was broke last month. We'll let you get back to it. Thank you. Last week, the roof. Next, the furnace. Our fixer upper is full of surprises, too. My name's Aiden. This is my wife, Ellie. I'm Ross. Nice to meet you, Russ. Both the hot water heater. I found some videos online that saved me hours. I can pull them up. It's okay. I think I've got this. But thank you. So what's this all about anyways? Well, we live nearby. And we've been volunteering to share something that's really helped us as a family.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